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F63801" w14:textId="7D235098" w:rsidR="6C31FB98" w:rsidRDefault="2820DEBC" w:rsidP="3E7BA07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FF" w:themeFill="background1"/>
        <w:spacing w:after="0"/>
        <w:jc w:val="center"/>
        <w:rPr>
          <w:rFonts w:ascii="Cambria" w:eastAsia="Cambria" w:hAnsi="Cambria" w:cs="Cambria"/>
          <w:i/>
          <w:iCs/>
          <w:color w:val="424242"/>
          <w:sz w:val="20"/>
          <w:szCs w:val="20"/>
        </w:rPr>
      </w:pPr>
      <w:r w:rsidRPr="3E7BA073">
        <w:rPr>
          <w:rFonts w:ascii="Cambria" w:eastAsia="Cambria" w:hAnsi="Cambria" w:cs="Cambria"/>
          <w:color w:val="424242"/>
          <w:sz w:val="24"/>
          <w:szCs w:val="24"/>
        </w:rPr>
        <w:t xml:space="preserve"> </w:t>
      </w:r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Ce document a </w:t>
      </w:r>
      <w:proofErr w:type="spellStart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>été</w:t>
      </w:r>
      <w:proofErr w:type="spellEnd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</w:t>
      </w:r>
      <w:proofErr w:type="spellStart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>conçu</w:t>
      </w:r>
      <w:proofErr w:type="spellEnd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pour </w:t>
      </w:r>
      <w:proofErr w:type="spellStart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>vous</w:t>
      </w:r>
      <w:proofErr w:type="spellEnd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</w:t>
      </w:r>
      <w:proofErr w:type="spellStart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>accompagner</w:t>
      </w:r>
      <w:proofErr w:type="spellEnd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dans la </w:t>
      </w:r>
      <w:proofErr w:type="spellStart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>rédaction</w:t>
      </w:r>
      <w:proofErr w:type="spellEnd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d</w:t>
      </w:r>
      <w:r w:rsidR="624A929D"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’un </w:t>
      </w:r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guide pratique </w:t>
      </w:r>
      <w:proofErr w:type="spellStart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>destiné</w:t>
      </w:r>
      <w:proofErr w:type="spellEnd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à </w:t>
      </w:r>
      <w:proofErr w:type="spellStart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>votre</w:t>
      </w:r>
      <w:proofErr w:type="spellEnd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public/</w:t>
      </w:r>
      <w:proofErr w:type="spellStart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>vos</w:t>
      </w:r>
      <w:proofErr w:type="spellEnd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participants.</w:t>
      </w:r>
    </w:p>
    <w:p w14:paraId="5DF58D29" w14:textId="739A8F1E" w:rsidR="6C31FB98" w:rsidRDefault="2820DEBC" w:rsidP="3E7BA07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FF" w:themeFill="background1"/>
        <w:spacing w:after="0"/>
        <w:jc w:val="center"/>
        <w:rPr>
          <w:rFonts w:ascii="Cambria" w:eastAsia="Cambria" w:hAnsi="Cambria" w:cs="Cambria"/>
          <w:i/>
          <w:iCs/>
          <w:color w:val="424242"/>
          <w:sz w:val="20"/>
          <w:szCs w:val="20"/>
        </w:rPr>
      </w:pPr>
      <w:proofErr w:type="spellStart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>Vous</w:t>
      </w:r>
      <w:proofErr w:type="spellEnd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y </w:t>
      </w:r>
      <w:proofErr w:type="spellStart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>trouve</w:t>
      </w:r>
      <w:r w:rsidR="40F0183B"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>r</w:t>
      </w:r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>ez</w:t>
      </w:r>
      <w:proofErr w:type="spellEnd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</w:t>
      </w:r>
      <w:proofErr w:type="spellStart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>une</w:t>
      </w:r>
      <w:proofErr w:type="spellEnd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palette </w:t>
      </w:r>
      <w:proofErr w:type="spellStart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>d'actions</w:t>
      </w:r>
      <w:proofErr w:type="spellEnd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</w:t>
      </w:r>
      <w:proofErr w:type="spellStart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>concrètes</w:t>
      </w:r>
      <w:proofErr w:type="spellEnd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à </w:t>
      </w:r>
      <w:proofErr w:type="spellStart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>choisir</w:t>
      </w:r>
      <w:proofErr w:type="spellEnd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et à </w:t>
      </w:r>
      <w:proofErr w:type="spellStart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>intégrer</w:t>
      </w:r>
      <w:proofErr w:type="spellEnd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</w:t>
      </w:r>
      <w:proofErr w:type="spellStart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>selon</w:t>
      </w:r>
      <w:proofErr w:type="spellEnd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le type et les </w:t>
      </w:r>
      <w:proofErr w:type="spellStart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>spécificités</w:t>
      </w:r>
      <w:proofErr w:type="spellEnd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de </w:t>
      </w:r>
      <w:proofErr w:type="spellStart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>votre</w:t>
      </w:r>
      <w:proofErr w:type="spellEnd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</w:t>
      </w:r>
      <w:proofErr w:type="spellStart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>événement</w:t>
      </w:r>
      <w:proofErr w:type="spellEnd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. </w:t>
      </w:r>
    </w:p>
    <w:p w14:paraId="07012926" w14:textId="5784E359" w:rsidR="700E4ED4" w:rsidRDefault="700E4ED4" w:rsidP="3E7BA07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jc w:val="center"/>
        <w:rPr>
          <w:i/>
          <w:iCs/>
          <w:sz w:val="20"/>
          <w:szCs w:val="20"/>
        </w:rPr>
      </w:pPr>
    </w:p>
    <w:p w14:paraId="0CE3DBB3" w14:textId="00062566" w:rsidR="6C31FB98" w:rsidRDefault="2820DEBC" w:rsidP="3E7BA07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FF" w:themeFill="background1"/>
        <w:spacing w:after="0"/>
        <w:jc w:val="center"/>
        <w:rPr>
          <w:rFonts w:ascii="Cambria" w:eastAsia="Cambria" w:hAnsi="Cambria" w:cs="Cambria"/>
          <w:i/>
          <w:iCs/>
          <w:color w:val="424242"/>
          <w:sz w:val="20"/>
          <w:szCs w:val="20"/>
        </w:rPr>
      </w:pPr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</w:t>
      </w:r>
      <w:proofErr w:type="spellStart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>Inspirez-vous</w:t>
      </w:r>
      <w:proofErr w:type="spellEnd"/>
      <w:r w:rsidR="51CA105B"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>,</w:t>
      </w:r>
      <w:r w:rsidR="06578EAF"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</w:t>
      </w:r>
      <w:proofErr w:type="spellStart"/>
      <w:r w:rsidR="06578EAF"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>adaptez</w:t>
      </w:r>
      <w:proofErr w:type="spellEnd"/>
      <w:r w:rsidR="06578EAF"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, </w:t>
      </w:r>
      <w:proofErr w:type="spellStart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>ajustez</w:t>
      </w:r>
      <w:proofErr w:type="spellEnd"/>
      <w:r w:rsidR="309C127C"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</w:t>
      </w:r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les </w:t>
      </w:r>
      <w:r w:rsidR="0BF997EE"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propositions </w:t>
      </w:r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pour </w:t>
      </w:r>
      <w:proofErr w:type="spellStart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>créer</w:t>
      </w:r>
      <w:proofErr w:type="spellEnd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un guide </w:t>
      </w:r>
      <w:proofErr w:type="spellStart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>facilement</w:t>
      </w:r>
      <w:proofErr w:type="spellEnd"/>
      <w:r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applicable et pertinent</w:t>
      </w:r>
      <w:r w:rsidR="3B954D94"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pour </w:t>
      </w:r>
      <w:proofErr w:type="spellStart"/>
      <w:r w:rsidR="3B954D94"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>votre</w:t>
      </w:r>
      <w:proofErr w:type="spellEnd"/>
      <w:r w:rsidR="3B954D94"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</w:t>
      </w:r>
      <w:proofErr w:type="spellStart"/>
      <w:r w:rsidR="3B954D94"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>événement</w:t>
      </w:r>
      <w:proofErr w:type="spellEnd"/>
      <w:r w:rsidR="3B954D94" w:rsidRPr="3E7BA073">
        <w:rPr>
          <w:rFonts w:ascii="Cambria" w:eastAsia="Cambria" w:hAnsi="Cambria" w:cs="Cambria"/>
          <w:i/>
          <w:iCs/>
          <w:color w:val="424242"/>
          <w:sz w:val="20"/>
          <w:szCs w:val="20"/>
        </w:rPr>
        <w:t>.</w:t>
      </w:r>
    </w:p>
    <w:p w14:paraId="77002AE0" w14:textId="22DD9724" w:rsidR="700E4ED4" w:rsidRDefault="700E4ED4" w:rsidP="6C5FF9AC">
      <w:pPr>
        <w:jc w:val="center"/>
        <w:rPr>
          <w:i/>
          <w:iCs/>
          <w:sz w:val="20"/>
          <w:szCs w:val="20"/>
        </w:rPr>
      </w:pPr>
    </w:p>
    <w:p w14:paraId="1584BE72" w14:textId="5DF88097" w:rsidR="0615135C" w:rsidRDefault="22FCFEB5" w:rsidP="3E7BA073">
      <w:pPr>
        <w:jc w:val="center"/>
        <w:rPr>
          <w:b/>
          <w:bCs/>
          <w:sz w:val="36"/>
          <w:szCs w:val="36"/>
          <w:lang w:val="fr-FR"/>
        </w:rPr>
      </w:pPr>
      <w:r w:rsidRPr="4187A2F3">
        <w:rPr>
          <w:b/>
          <w:bCs/>
          <w:sz w:val="36"/>
          <w:szCs w:val="36"/>
          <w:lang w:val="fr-FR"/>
        </w:rPr>
        <w:t>G</w:t>
      </w:r>
      <w:r w:rsidR="4833C209" w:rsidRPr="4187A2F3">
        <w:rPr>
          <w:b/>
          <w:bCs/>
          <w:sz w:val="36"/>
          <w:szCs w:val="36"/>
          <w:lang w:val="fr-FR"/>
        </w:rPr>
        <w:t xml:space="preserve">uide pour </w:t>
      </w:r>
      <w:r w:rsidR="061E1439" w:rsidRPr="4187A2F3">
        <w:rPr>
          <w:b/>
          <w:bCs/>
          <w:sz w:val="36"/>
          <w:szCs w:val="36"/>
          <w:lang w:val="fr-FR"/>
        </w:rPr>
        <w:t>c</w:t>
      </w:r>
      <w:r w:rsidR="14B9A53D" w:rsidRPr="4187A2F3">
        <w:rPr>
          <w:b/>
          <w:bCs/>
          <w:sz w:val="36"/>
          <w:szCs w:val="36"/>
          <w:lang w:val="fr-FR"/>
        </w:rPr>
        <w:t xml:space="preserve">ontribuer à notre événement </w:t>
      </w:r>
      <w:r w:rsidR="75EF9EB7" w:rsidRPr="4187A2F3">
        <w:rPr>
          <w:b/>
          <w:bCs/>
          <w:sz w:val="36"/>
          <w:szCs w:val="36"/>
          <w:lang w:val="fr-FR"/>
        </w:rPr>
        <w:t>é</w:t>
      </w:r>
      <w:r w:rsidR="14B9A53D" w:rsidRPr="4187A2F3">
        <w:rPr>
          <w:b/>
          <w:bCs/>
          <w:sz w:val="36"/>
          <w:szCs w:val="36"/>
          <w:lang w:val="fr-FR"/>
        </w:rPr>
        <w:t>coresponsable</w:t>
      </w:r>
    </w:p>
    <w:p w14:paraId="25A82D39" w14:textId="59D5E8A2" w:rsidR="00BF6E8D" w:rsidRDefault="658190E6">
      <w:pPr>
        <w:pStyle w:val="Titre2"/>
      </w:pPr>
      <w:r w:rsidRPr="050AE173">
        <w:rPr>
          <w:lang w:val="fr-FR"/>
        </w:rPr>
        <w:t>Bienvenue sur notre événement écoresponsable 😊</w:t>
      </w:r>
      <w:r w:rsidR="00BD7039">
        <w:br/>
      </w:r>
      <w:r w:rsidRPr="050AE173">
        <w:rPr>
          <w:lang w:val="fr-FR"/>
        </w:rPr>
        <w:t>Quelque</w:t>
      </w:r>
      <w:r w:rsidR="7E0F025A" w:rsidRPr="050AE173">
        <w:rPr>
          <w:lang w:val="fr-FR"/>
        </w:rPr>
        <w:t xml:space="preserve">s </w:t>
      </w:r>
      <w:r w:rsidRPr="050AE173">
        <w:rPr>
          <w:lang w:val="fr-FR"/>
        </w:rPr>
        <w:t>informations pratiques pour respecter notre planète :</w:t>
      </w:r>
    </w:p>
    <w:p w14:paraId="523AF2E2" w14:textId="77777777" w:rsidR="00BD7039" w:rsidRPr="00BD7039" w:rsidRDefault="00BD7039" w:rsidP="00BD7039"/>
    <w:p w14:paraId="3FDB9E9A" w14:textId="2B05A7CA" w:rsidR="00BF6E8D" w:rsidRDefault="1AE74BBC">
      <w:r w:rsidRPr="4187A2F3">
        <w:rPr>
          <w:b/>
          <w:bCs/>
          <w:lang w:val="fr-FR"/>
        </w:rPr>
        <w:t xml:space="preserve">♻️ Trier, c’est facile ! </w:t>
      </w:r>
      <w:r w:rsidR="1B7A5A2D" w:rsidRPr="4187A2F3">
        <w:rPr>
          <w:lang w:val="fr-FR"/>
        </w:rPr>
        <w:t>U</w:t>
      </w:r>
      <w:r w:rsidRPr="4187A2F3">
        <w:rPr>
          <w:lang w:val="fr-FR"/>
        </w:rPr>
        <w:t>til</w:t>
      </w:r>
      <w:r w:rsidR="0CA7D7E9" w:rsidRPr="4187A2F3">
        <w:rPr>
          <w:lang w:val="fr-FR"/>
        </w:rPr>
        <w:t>is</w:t>
      </w:r>
      <w:r w:rsidRPr="4187A2F3">
        <w:rPr>
          <w:lang w:val="fr-FR"/>
        </w:rPr>
        <w:t>er les poubelles de tri mises à votre disposition</w:t>
      </w:r>
      <w:r w:rsidR="00512B7E" w:rsidRPr="4187A2F3">
        <w:rPr>
          <w:lang w:val="fr-FR"/>
        </w:rPr>
        <w:t xml:space="preserve"> en </w:t>
      </w:r>
      <w:r w:rsidR="00310540" w:rsidRPr="4187A2F3">
        <w:rPr>
          <w:lang w:val="fr-FR"/>
        </w:rPr>
        <w:t>respectant les consignes</w:t>
      </w:r>
    </w:p>
    <w:p w14:paraId="7532C364" w14:textId="594D3DD8" w:rsidR="1AE74BBC" w:rsidRDefault="24CF682E" w:rsidP="4187A2F3">
      <w:pPr>
        <w:rPr>
          <w:lang w:val="fr-FR"/>
        </w:rPr>
      </w:pPr>
      <w:proofErr w:type="gramStart"/>
      <w:r w:rsidRPr="4187A2F3">
        <w:rPr>
          <w:b/>
          <w:bCs/>
          <w:lang w:val="fr-FR"/>
        </w:rPr>
        <w:t>🍽</w:t>
      </w:r>
      <w:proofErr w:type="gramEnd"/>
      <w:r w:rsidRPr="4187A2F3">
        <w:rPr>
          <w:b/>
          <w:bCs/>
          <w:lang w:val="fr-FR"/>
        </w:rPr>
        <w:t xml:space="preserve">️   </w:t>
      </w:r>
      <w:r w:rsidR="1F22D6F5" w:rsidRPr="4187A2F3">
        <w:rPr>
          <w:b/>
          <w:bCs/>
          <w:lang w:val="fr-FR"/>
        </w:rPr>
        <w:t>️</w:t>
      </w:r>
      <w:r w:rsidR="1AE74BBC" w:rsidRPr="4187A2F3">
        <w:rPr>
          <w:b/>
          <w:bCs/>
          <w:lang w:val="fr-FR"/>
        </w:rPr>
        <w:t>Dire stop au gas</w:t>
      </w:r>
      <w:r w:rsidR="1C8FF703" w:rsidRPr="4187A2F3">
        <w:rPr>
          <w:b/>
          <w:bCs/>
          <w:lang w:val="fr-FR"/>
        </w:rPr>
        <w:t>pi</w:t>
      </w:r>
      <w:r w:rsidR="1AE74BBC" w:rsidRPr="4187A2F3">
        <w:rPr>
          <w:b/>
          <w:bCs/>
          <w:lang w:val="fr-FR"/>
        </w:rPr>
        <w:t>llage alimentaire :</w:t>
      </w:r>
      <w:r w:rsidR="33F8D5FC" w:rsidRPr="4187A2F3">
        <w:rPr>
          <w:b/>
          <w:bCs/>
          <w:lang w:val="fr-FR"/>
        </w:rPr>
        <w:t xml:space="preserve"> </w:t>
      </w:r>
      <w:r w:rsidR="7413F19A" w:rsidRPr="4187A2F3">
        <w:rPr>
          <w:lang w:val="fr-FR"/>
        </w:rPr>
        <w:t xml:space="preserve">se servir en fonction de votre appétit </w:t>
      </w:r>
    </w:p>
    <w:p w14:paraId="411BB949" w14:textId="1E277AA8" w:rsidR="1AE74BBC" w:rsidRDefault="21AF7C6A" w:rsidP="4187A2F3">
      <w:pPr>
        <w:rPr>
          <w:lang w:val="fr-FR"/>
        </w:rPr>
      </w:pPr>
      <w:proofErr w:type="gramStart"/>
      <w:r w:rsidRPr="4187A2F3">
        <w:rPr>
          <w:b/>
          <w:bCs/>
          <w:lang w:val="fr-FR"/>
        </w:rPr>
        <w:t>🍽</w:t>
      </w:r>
      <w:proofErr w:type="gramEnd"/>
      <w:r w:rsidRPr="4187A2F3">
        <w:rPr>
          <w:b/>
          <w:bCs/>
          <w:lang w:val="fr-FR"/>
        </w:rPr>
        <w:t>️   ️Dire stop au gaspillage alimentaire :</w:t>
      </w:r>
      <w:r w:rsidR="7413F19A" w:rsidRPr="4187A2F3">
        <w:rPr>
          <w:lang w:val="fr-FR"/>
        </w:rPr>
        <w:t xml:space="preserve"> demander un doggy bag pour vos restes alimentaires</w:t>
      </w:r>
    </w:p>
    <w:p w14:paraId="69D8DBE3" w14:textId="65FA9B63" w:rsidR="00BF6E8D" w:rsidRDefault="38C72B55" w:rsidP="4187A2F3">
      <w:pPr>
        <w:rPr>
          <w:lang w:val="fr-FR"/>
        </w:rPr>
      </w:pPr>
      <w:proofErr w:type="gramStart"/>
      <w:r w:rsidRPr="4187A2F3">
        <w:rPr>
          <w:b/>
          <w:bCs/>
          <w:lang w:val="fr-FR"/>
        </w:rPr>
        <w:t>🚰</w:t>
      </w:r>
      <w:proofErr w:type="gramEnd"/>
      <w:r w:rsidRPr="4187A2F3">
        <w:rPr>
          <w:b/>
          <w:bCs/>
          <w:lang w:val="fr-FR"/>
        </w:rPr>
        <w:t xml:space="preserve"> Réduire le plastique : </w:t>
      </w:r>
      <w:r w:rsidRPr="4187A2F3">
        <w:rPr>
          <w:lang w:val="fr-FR"/>
        </w:rPr>
        <w:t>Apporter votre gourde vide, vos gobelets, vos couverts non tranchants et autres contenants</w:t>
      </w:r>
      <w:r w:rsidRPr="4187A2F3">
        <w:rPr>
          <w:b/>
          <w:bCs/>
          <w:lang w:val="fr-FR"/>
        </w:rPr>
        <w:t xml:space="preserve"> </w:t>
      </w:r>
    </w:p>
    <w:p w14:paraId="7427E6F3" w14:textId="67992E63" w:rsidR="00BF6E8D" w:rsidRDefault="68A97E58" w:rsidP="6B4FAC19">
      <w:pPr>
        <w:rPr>
          <w:lang w:val="fr-FR"/>
        </w:rPr>
      </w:pPr>
      <w:proofErr w:type="gramStart"/>
      <w:r w:rsidRPr="4187A2F3">
        <w:rPr>
          <w:b/>
          <w:bCs/>
          <w:lang w:val="fr-FR"/>
        </w:rPr>
        <w:t>🚰</w:t>
      </w:r>
      <w:proofErr w:type="gramEnd"/>
      <w:r w:rsidRPr="4187A2F3">
        <w:rPr>
          <w:b/>
          <w:bCs/>
          <w:lang w:val="fr-FR"/>
        </w:rPr>
        <w:t xml:space="preserve"> Réduire le plastique : </w:t>
      </w:r>
      <w:r w:rsidR="28562690" w:rsidRPr="4187A2F3">
        <w:rPr>
          <w:lang w:val="fr-FR"/>
        </w:rPr>
        <w:t xml:space="preserve">Profiter </w:t>
      </w:r>
      <w:r w:rsidR="3F684F4A" w:rsidRPr="4187A2F3">
        <w:rPr>
          <w:lang w:val="fr-FR"/>
        </w:rPr>
        <w:t>d</w:t>
      </w:r>
      <w:r w:rsidRPr="4187A2F3">
        <w:rPr>
          <w:lang w:val="fr-FR"/>
        </w:rPr>
        <w:t xml:space="preserve">es accès </w:t>
      </w:r>
      <w:r w:rsidR="13BEB3CE" w:rsidRPr="4187A2F3">
        <w:rPr>
          <w:lang w:val="fr-FR"/>
        </w:rPr>
        <w:t>gratuit</w:t>
      </w:r>
      <w:r w:rsidR="43367C00" w:rsidRPr="4187A2F3">
        <w:rPr>
          <w:lang w:val="fr-FR"/>
        </w:rPr>
        <w:t>s</w:t>
      </w:r>
      <w:r w:rsidR="13BEB3CE" w:rsidRPr="4187A2F3">
        <w:rPr>
          <w:lang w:val="fr-FR"/>
        </w:rPr>
        <w:t xml:space="preserve"> </w:t>
      </w:r>
      <w:r w:rsidRPr="4187A2F3">
        <w:rPr>
          <w:lang w:val="fr-FR"/>
        </w:rPr>
        <w:t>à l’e</w:t>
      </w:r>
      <w:r w:rsidR="078D2093" w:rsidRPr="4187A2F3">
        <w:rPr>
          <w:lang w:val="fr-FR"/>
        </w:rPr>
        <w:t>au</w:t>
      </w:r>
      <w:r w:rsidRPr="4187A2F3">
        <w:rPr>
          <w:lang w:val="fr-FR"/>
        </w:rPr>
        <w:t xml:space="preserve"> </w:t>
      </w:r>
      <w:r w:rsidR="0A208BB4" w:rsidRPr="4187A2F3">
        <w:rPr>
          <w:lang w:val="fr-FR"/>
        </w:rPr>
        <w:t>pour remplir votre gourde</w:t>
      </w:r>
      <w:r w:rsidR="758D1950" w:rsidRPr="4187A2F3">
        <w:rPr>
          <w:lang w:val="fr-FR"/>
        </w:rPr>
        <w:t xml:space="preserve"> ou gobelet</w:t>
      </w:r>
    </w:p>
    <w:p w14:paraId="2B8F59C8" w14:textId="5C820D97" w:rsidR="3349DB9F" w:rsidRDefault="3349DB9F" w:rsidP="681D27AA">
      <w:pPr>
        <w:rPr>
          <w:lang w:val="fr-FR"/>
        </w:rPr>
      </w:pPr>
      <w:proofErr w:type="gramStart"/>
      <w:r w:rsidRPr="4187A2F3">
        <w:rPr>
          <w:b/>
          <w:bCs/>
          <w:lang w:val="fr-FR"/>
        </w:rPr>
        <w:t>🚰</w:t>
      </w:r>
      <w:proofErr w:type="gramEnd"/>
      <w:r w:rsidRPr="4187A2F3">
        <w:rPr>
          <w:b/>
          <w:bCs/>
          <w:lang w:val="fr-FR"/>
        </w:rPr>
        <w:t xml:space="preserve">Réduire le plastique :  </w:t>
      </w:r>
      <w:r w:rsidRPr="4187A2F3">
        <w:rPr>
          <w:lang w:val="fr-FR"/>
        </w:rPr>
        <w:t xml:space="preserve">Ramener vos contenants </w:t>
      </w:r>
      <w:r w:rsidR="42AD6787" w:rsidRPr="4187A2F3">
        <w:rPr>
          <w:lang w:val="fr-FR"/>
        </w:rPr>
        <w:t xml:space="preserve">consignés pour qu’ils soient réutilisés </w:t>
      </w:r>
    </w:p>
    <w:p w14:paraId="39D3EB98" w14:textId="731BFCA9" w:rsidR="00BF6E8D" w:rsidRDefault="00BD7039" w:rsidP="6B4FAC19">
      <w:pPr>
        <w:rPr>
          <w:lang w:val="fr-FR"/>
        </w:rPr>
      </w:pPr>
      <w:proofErr w:type="gramStart"/>
      <w:r w:rsidRPr="4187A2F3">
        <w:rPr>
          <w:b/>
          <w:bCs/>
          <w:lang w:val="fr-FR"/>
        </w:rPr>
        <w:t>💛</w:t>
      </w:r>
      <w:proofErr w:type="gramEnd"/>
      <w:r w:rsidRPr="4187A2F3">
        <w:rPr>
          <w:b/>
          <w:bCs/>
          <w:lang w:val="fr-FR"/>
        </w:rPr>
        <w:t xml:space="preserve"> Participer à la consigne solidaire : </w:t>
      </w:r>
      <w:r w:rsidR="2FF0A96E" w:rsidRPr="4187A2F3">
        <w:rPr>
          <w:lang w:val="fr-FR"/>
        </w:rPr>
        <w:t>Reverser</w:t>
      </w:r>
      <w:r w:rsidR="2BCF2155" w:rsidRPr="4187A2F3">
        <w:rPr>
          <w:lang w:val="fr-FR"/>
        </w:rPr>
        <w:t xml:space="preserve"> la consigne de</w:t>
      </w:r>
      <w:r w:rsidR="2BCF2155" w:rsidRPr="4187A2F3">
        <w:rPr>
          <w:b/>
          <w:bCs/>
          <w:lang w:val="fr-FR"/>
        </w:rPr>
        <w:t xml:space="preserve"> </w:t>
      </w:r>
      <w:r w:rsidRPr="4187A2F3">
        <w:rPr>
          <w:lang w:val="fr-FR"/>
        </w:rPr>
        <w:t xml:space="preserve">vos </w:t>
      </w:r>
      <w:r w:rsidR="3A9410C8" w:rsidRPr="4187A2F3">
        <w:rPr>
          <w:lang w:val="fr-FR"/>
        </w:rPr>
        <w:t>gobelets à</w:t>
      </w:r>
      <w:r w:rsidRPr="4187A2F3">
        <w:rPr>
          <w:lang w:val="fr-FR"/>
        </w:rPr>
        <w:t xml:space="preserve"> </w:t>
      </w:r>
      <w:r w:rsidR="2DC2A62D" w:rsidRPr="4187A2F3">
        <w:rPr>
          <w:lang w:val="fr-FR"/>
        </w:rPr>
        <w:t xml:space="preserve">l’association choisie pour leur faire un don et garantir la réutilisation </w:t>
      </w:r>
      <w:r w:rsidR="0639085E" w:rsidRPr="4187A2F3">
        <w:rPr>
          <w:lang w:val="fr-FR"/>
        </w:rPr>
        <w:t>du gobelet</w:t>
      </w:r>
    </w:p>
    <w:p w14:paraId="1201EEAD" w14:textId="714614B3" w:rsidR="00BF6E8D" w:rsidRDefault="00BD7039">
      <w:r w:rsidRPr="4187A2F3">
        <w:rPr>
          <w:b/>
          <w:bCs/>
        </w:rPr>
        <w:t>🗑️ Garde</w:t>
      </w:r>
      <w:r w:rsidR="2E993422" w:rsidRPr="4187A2F3">
        <w:rPr>
          <w:b/>
          <w:bCs/>
        </w:rPr>
        <w:t>r</w:t>
      </w:r>
      <w:r w:rsidRPr="4187A2F3">
        <w:rPr>
          <w:b/>
          <w:bCs/>
        </w:rPr>
        <w:t xml:space="preserve"> le site </w:t>
      </w:r>
      <w:proofErr w:type="gramStart"/>
      <w:r w:rsidRPr="4187A2F3">
        <w:rPr>
          <w:b/>
          <w:bCs/>
        </w:rPr>
        <w:t>propre :</w:t>
      </w:r>
      <w:proofErr w:type="gramEnd"/>
      <w:r w:rsidRPr="4187A2F3">
        <w:rPr>
          <w:b/>
          <w:bCs/>
        </w:rPr>
        <w:t xml:space="preserve"> </w:t>
      </w:r>
      <w:r w:rsidR="5ED85653">
        <w:t xml:space="preserve">Trier </w:t>
      </w:r>
      <w:r>
        <w:t>vos déchets pour un environnement agréable</w:t>
      </w:r>
      <w:r w:rsidR="004C6CAE">
        <w:t xml:space="preserve"> pour tous</w:t>
      </w:r>
    </w:p>
    <w:p w14:paraId="6F2E2F1F" w14:textId="6D71530C" w:rsidR="00BF6E8D" w:rsidRDefault="00BD7039">
      <w:r w:rsidRPr="4187A2F3">
        <w:rPr>
          <w:b/>
          <w:bCs/>
        </w:rPr>
        <w:t xml:space="preserve">📚 S’informer, c’est </w:t>
      </w:r>
      <w:proofErr w:type="gramStart"/>
      <w:r w:rsidRPr="4187A2F3">
        <w:rPr>
          <w:b/>
          <w:bCs/>
        </w:rPr>
        <w:t>important :</w:t>
      </w:r>
      <w:proofErr w:type="gramEnd"/>
      <w:r w:rsidRPr="4187A2F3">
        <w:rPr>
          <w:b/>
          <w:bCs/>
        </w:rPr>
        <w:t xml:space="preserve"> </w:t>
      </w:r>
      <w:r>
        <w:t>Participe</w:t>
      </w:r>
      <w:r w:rsidR="75EB65EB">
        <w:t>r</w:t>
      </w:r>
      <w:r>
        <w:t xml:space="preserve"> aux ateliers </w:t>
      </w:r>
      <w:r w:rsidR="2DA03AC9">
        <w:t>ou</w:t>
      </w:r>
      <w:r>
        <w:t xml:space="preserve"> pose</w:t>
      </w:r>
      <w:r w:rsidR="61B705CA">
        <w:t xml:space="preserve">r </w:t>
      </w:r>
      <w:r>
        <w:t>vos questions aux brigades vertes présentes</w:t>
      </w:r>
    </w:p>
    <w:p w14:paraId="59D2B504" w14:textId="77BA4435" w:rsidR="00BF6E8D" w:rsidRDefault="5B6E2FC9">
      <w:r w:rsidRPr="4187A2F3">
        <w:rPr>
          <w:b/>
          <w:bCs/>
        </w:rPr>
        <w:t xml:space="preserve">🚬 Jeter correctement son </w:t>
      </w:r>
      <w:proofErr w:type="gramStart"/>
      <w:r w:rsidRPr="4187A2F3">
        <w:rPr>
          <w:b/>
          <w:bCs/>
        </w:rPr>
        <w:t>mégot :</w:t>
      </w:r>
      <w:proofErr w:type="gramEnd"/>
      <w:r w:rsidRPr="4187A2F3">
        <w:rPr>
          <w:b/>
          <w:bCs/>
        </w:rPr>
        <w:t xml:space="preserve"> </w:t>
      </w:r>
      <w:r>
        <w:t>Utilise</w:t>
      </w:r>
      <w:r w:rsidR="0ED6A924">
        <w:t>r</w:t>
      </w:r>
      <w:r>
        <w:t xml:space="preserve"> les cen</w:t>
      </w:r>
      <w:r w:rsidR="0C6521D1">
        <w:t xml:space="preserve">driers </w:t>
      </w:r>
      <w:r>
        <w:t xml:space="preserve">à disposition pour éviter la pollution </w:t>
      </w:r>
      <w:r w:rsidR="00464318">
        <w:t>/ des cendriers de poche vous sont offerts gratuitement</w:t>
      </w:r>
    </w:p>
    <w:p w14:paraId="37832B51" w14:textId="1E7BC735" w:rsidR="3B272BE8" w:rsidRDefault="3B272BE8"/>
    <w:p w14:paraId="552D0C1B" w14:textId="03FDFF41" w:rsidR="00BF6E8D" w:rsidRDefault="00BD7039" w:rsidP="700E4ED4">
      <w:pPr>
        <w:jc w:val="center"/>
      </w:pPr>
      <w:r w:rsidRPr="700E4ED4">
        <w:rPr>
          <w:b/>
          <w:bCs/>
        </w:rPr>
        <w:t>🌍</w:t>
      </w:r>
    </w:p>
    <w:p w14:paraId="19A1E868" w14:textId="5A737FCE" w:rsidR="00BF6E8D" w:rsidRDefault="5B6E2FC9" w:rsidP="3E7BA073">
      <w:pPr>
        <w:jc w:val="center"/>
        <w:rPr>
          <w:b/>
          <w:bCs/>
          <w:color w:val="00B050"/>
          <w:sz w:val="24"/>
          <w:szCs w:val="24"/>
        </w:rPr>
      </w:pPr>
      <w:r w:rsidRPr="3E7BA073">
        <w:rPr>
          <w:b/>
          <w:bCs/>
          <w:color w:val="00B050"/>
          <w:sz w:val="24"/>
          <w:szCs w:val="24"/>
        </w:rPr>
        <w:t xml:space="preserve"> « Le </w:t>
      </w:r>
      <w:proofErr w:type="spellStart"/>
      <w:r w:rsidRPr="3E7BA073">
        <w:rPr>
          <w:b/>
          <w:bCs/>
          <w:color w:val="00B050"/>
          <w:sz w:val="24"/>
          <w:szCs w:val="24"/>
        </w:rPr>
        <w:t>meilleur</w:t>
      </w:r>
      <w:proofErr w:type="spellEnd"/>
      <w:r w:rsidRPr="3E7BA073">
        <w:rPr>
          <w:b/>
          <w:bCs/>
          <w:color w:val="00B050"/>
          <w:sz w:val="24"/>
          <w:szCs w:val="24"/>
        </w:rPr>
        <w:t xml:space="preserve"> </w:t>
      </w:r>
      <w:proofErr w:type="spellStart"/>
      <w:r w:rsidRPr="3E7BA073">
        <w:rPr>
          <w:b/>
          <w:bCs/>
          <w:color w:val="00B050"/>
          <w:sz w:val="24"/>
          <w:szCs w:val="24"/>
        </w:rPr>
        <w:t>déchet</w:t>
      </w:r>
      <w:proofErr w:type="spellEnd"/>
      <w:r w:rsidRPr="3E7BA073">
        <w:rPr>
          <w:b/>
          <w:bCs/>
          <w:color w:val="00B050"/>
          <w:sz w:val="24"/>
          <w:szCs w:val="24"/>
        </w:rPr>
        <w:t xml:space="preserve"> </w:t>
      </w:r>
      <w:proofErr w:type="spellStart"/>
      <w:r w:rsidRPr="3E7BA073">
        <w:rPr>
          <w:b/>
          <w:bCs/>
          <w:color w:val="00B050"/>
          <w:sz w:val="24"/>
          <w:szCs w:val="24"/>
        </w:rPr>
        <w:t>est</w:t>
      </w:r>
      <w:proofErr w:type="spellEnd"/>
      <w:r w:rsidRPr="3E7BA073">
        <w:rPr>
          <w:b/>
          <w:bCs/>
          <w:color w:val="00B050"/>
          <w:sz w:val="24"/>
          <w:szCs w:val="24"/>
        </w:rPr>
        <w:t xml:space="preserve"> </w:t>
      </w:r>
      <w:proofErr w:type="spellStart"/>
      <w:r w:rsidRPr="3E7BA073">
        <w:rPr>
          <w:b/>
          <w:bCs/>
          <w:color w:val="00B050"/>
          <w:sz w:val="24"/>
          <w:szCs w:val="24"/>
        </w:rPr>
        <w:t>celui</w:t>
      </w:r>
      <w:proofErr w:type="spellEnd"/>
      <w:r w:rsidRPr="3E7BA073">
        <w:rPr>
          <w:b/>
          <w:bCs/>
          <w:color w:val="00B050"/>
          <w:sz w:val="24"/>
          <w:szCs w:val="24"/>
        </w:rPr>
        <w:t xml:space="preserve"> que </w:t>
      </w:r>
      <w:proofErr w:type="spellStart"/>
      <w:r w:rsidRPr="3E7BA073">
        <w:rPr>
          <w:b/>
          <w:bCs/>
          <w:color w:val="00B050"/>
          <w:sz w:val="24"/>
          <w:szCs w:val="24"/>
        </w:rPr>
        <w:t>l’on</w:t>
      </w:r>
      <w:proofErr w:type="spellEnd"/>
      <w:r w:rsidRPr="3E7BA073">
        <w:rPr>
          <w:b/>
          <w:bCs/>
          <w:color w:val="00B050"/>
          <w:sz w:val="24"/>
          <w:szCs w:val="24"/>
        </w:rPr>
        <w:t xml:space="preserve"> ne </w:t>
      </w:r>
      <w:proofErr w:type="spellStart"/>
      <w:r w:rsidRPr="3E7BA073">
        <w:rPr>
          <w:b/>
          <w:bCs/>
          <w:color w:val="00B050"/>
          <w:sz w:val="24"/>
          <w:szCs w:val="24"/>
        </w:rPr>
        <w:t>produit</w:t>
      </w:r>
      <w:proofErr w:type="spellEnd"/>
      <w:r w:rsidRPr="3E7BA073">
        <w:rPr>
          <w:b/>
          <w:bCs/>
          <w:color w:val="00B050"/>
          <w:sz w:val="24"/>
          <w:szCs w:val="24"/>
        </w:rPr>
        <w:t xml:space="preserve"> pas ». </w:t>
      </w:r>
    </w:p>
    <w:p w14:paraId="037744EE" w14:textId="333848C1" w:rsidR="00BF6E8D" w:rsidRDefault="00BD7039" w:rsidP="700E4ED4">
      <w:pPr>
        <w:jc w:val="center"/>
      </w:pPr>
      <w:r>
        <w:t xml:space="preserve">Merci </w:t>
      </w:r>
      <w:r w:rsidR="0056490F">
        <w:t>pour votre contribution à la réduction</w:t>
      </w:r>
      <w:r>
        <w:t xml:space="preserve"> </w:t>
      </w:r>
      <w:r w:rsidR="0056490F">
        <w:t>d</w:t>
      </w:r>
      <w:r>
        <w:t xml:space="preserve">es déchets </w:t>
      </w:r>
      <w:r w:rsidR="003F3608">
        <w:t xml:space="preserve">pour </w:t>
      </w:r>
      <w:r w:rsidR="00CB36F1">
        <w:t xml:space="preserve">construire ensemble </w:t>
      </w:r>
      <w:r>
        <w:t>un événement propre et respectueux de la planète.</w:t>
      </w:r>
    </w:p>
    <w:sectPr w:rsidR="00BF6E8D" w:rsidSect="000346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10540"/>
    <w:rsid w:val="00326F90"/>
    <w:rsid w:val="003F3608"/>
    <w:rsid w:val="00464318"/>
    <w:rsid w:val="004B47F2"/>
    <w:rsid w:val="004C6CAE"/>
    <w:rsid w:val="00512B7E"/>
    <w:rsid w:val="0056490F"/>
    <w:rsid w:val="007B545F"/>
    <w:rsid w:val="00A0D8DE"/>
    <w:rsid w:val="00AA1D8D"/>
    <w:rsid w:val="00B47730"/>
    <w:rsid w:val="00BC0565"/>
    <w:rsid w:val="00BD7039"/>
    <w:rsid w:val="00BF6E8D"/>
    <w:rsid w:val="00CB0664"/>
    <w:rsid w:val="00CB36F1"/>
    <w:rsid w:val="00F0365C"/>
    <w:rsid w:val="00FC693F"/>
    <w:rsid w:val="023F5D80"/>
    <w:rsid w:val="04450C34"/>
    <w:rsid w:val="046B37EA"/>
    <w:rsid w:val="050AE173"/>
    <w:rsid w:val="0615135C"/>
    <w:rsid w:val="061E1439"/>
    <w:rsid w:val="0639085E"/>
    <w:rsid w:val="06578EAF"/>
    <w:rsid w:val="078D2093"/>
    <w:rsid w:val="0A0F91AF"/>
    <w:rsid w:val="0A208BB4"/>
    <w:rsid w:val="0BF997EE"/>
    <w:rsid w:val="0C5B8CCB"/>
    <w:rsid w:val="0C6521D1"/>
    <w:rsid w:val="0CA7D7E9"/>
    <w:rsid w:val="0CEDD2B0"/>
    <w:rsid w:val="0ED6A924"/>
    <w:rsid w:val="0F72A031"/>
    <w:rsid w:val="0FE53B3E"/>
    <w:rsid w:val="1173DEA8"/>
    <w:rsid w:val="13BEB3CE"/>
    <w:rsid w:val="1432A9A9"/>
    <w:rsid w:val="14461D9A"/>
    <w:rsid w:val="14807574"/>
    <w:rsid w:val="14B9A53D"/>
    <w:rsid w:val="1726D702"/>
    <w:rsid w:val="174B066B"/>
    <w:rsid w:val="1AE74BBC"/>
    <w:rsid w:val="1B7A5A2D"/>
    <w:rsid w:val="1C807850"/>
    <w:rsid w:val="1C8FF703"/>
    <w:rsid w:val="1D8CB955"/>
    <w:rsid w:val="1DB912A1"/>
    <w:rsid w:val="1EC97AEC"/>
    <w:rsid w:val="1F22D6F5"/>
    <w:rsid w:val="21AF7C6A"/>
    <w:rsid w:val="22FCFEB5"/>
    <w:rsid w:val="2337FE14"/>
    <w:rsid w:val="24CF682E"/>
    <w:rsid w:val="26FDBDC6"/>
    <w:rsid w:val="2820DEBC"/>
    <w:rsid w:val="28527A0B"/>
    <w:rsid w:val="28562690"/>
    <w:rsid w:val="2BCF2155"/>
    <w:rsid w:val="2BECBA24"/>
    <w:rsid w:val="2DA03AC9"/>
    <w:rsid w:val="2DC2A62D"/>
    <w:rsid w:val="2DC92E3E"/>
    <w:rsid w:val="2E993422"/>
    <w:rsid w:val="2FBE2C70"/>
    <w:rsid w:val="2FF0A96E"/>
    <w:rsid w:val="30812A20"/>
    <w:rsid w:val="308CAAE1"/>
    <w:rsid w:val="309C127C"/>
    <w:rsid w:val="3217949E"/>
    <w:rsid w:val="325B1A26"/>
    <w:rsid w:val="3349DB9F"/>
    <w:rsid w:val="33F8D5FC"/>
    <w:rsid w:val="34B62B71"/>
    <w:rsid w:val="3532B3F4"/>
    <w:rsid w:val="35CF0792"/>
    <w:rsid w:val="38C72B55"/>
    <w:rsid w:val="398F273B"/>
    <w:rsid w:val="3A9410C8"/>
    <w:rsid w:val="3B272BE8"/>
    <w:rsid w:val="3B954D94"/>
    <w:rsid w:val="3D5B94E1"/>
    <w:rsid w:val="3E7BA073"/>
    <w:rsid w:val="3F684F4A"/>
    <w:rsid w:val="40F0183B"/>
    <w:rsid w:val="4187A2F3"/>
    <w:rsid w:val="42AD6787"/>
    <w:rsid w:val="43367C00"/>
    <w:rsid w:val="4343584E"/>
    <w:rsid w:val="473EB4DC"/>
    <w:rsid w:val="4833C209"/>
    <w:rsid w:val="48B94960"/>
    <w:rsid w:val="48E9BB1B"/>
    <w:rsid w:val="4AB655B8"/>
    <w:rsid w:val="4AF22243"/>
    <w:rsid w:val="4F83F90C"/>
    <w:rsid w:val="509D3057"/>
    <w:rsid w:val="5107C55C"/>
    <w:rsid w:val="519860EF"/>
    <w:rsid w:val="51CA105B"/>
    <w:rsid w:val="56E9F88D"/>
    <w:rsid w:val="591612F9"/>
    <w:rsid w:val="595EE928"/>
    <w:rsid w:val="5A06E8F1"/>
    <w:rsid w:val="5A7740EB"/>
    <w:rsid w:val="5B6E2FC9"/>
    <w:rsid w:val="5C585008"/>
    <w:rsid w:val="5ED85653"/>
    <w:rsid w:val="60F690A8"/>
    <w:rsid w:val="60FC772E"/>
    <w:rsid w:val="61B705CA"/>
    <w:rsid w:val="624A929D"/>
    <w:rsid w:val="638D5584"/>
    <w:rsid w:val="658190E6"/>
    <w:rsid w:val="667CBF36"/>
    <w:rsid w:val="6684983D"/>
    <w:rsid w:val="681D27AA"/>
    <w:rsid w:val="68A97E58"/>
    <w:rsid w:val="6A0AFB2D"/>
    <w:rsid w:val="6B4FAC19"/>
    <w:rsid w:val="6C31FB98"/>
    <w:rsid w:val="6C3B63D9"/>
    <w:rsid w:val="6C5FF9AC"/>
    <w:rsid w:val="6C9C7168"/>
    <w:rsid w:val="6DEAE068"/>
    <w:rsid w:val="6DF99718"/>
    <w:rsid w:val="6E6166F2"/>
    <w:rsid w:val="700E4ED4"/>
    <w:rsid w:val="734537CA"/>
    <w:rsid w:val="738F21A9"/>
    <w:rsid w:val="7413F19A"/>
    <w:rsid w:val="7572161C"/>
    <w:rsid w:val="758D1950"/>
    <w:rsid w:val="75EB65EB"/>
    <w:rsid w:val="75EF9EB7"/>
    <w:rsid w:val="76A96549"/>
    <w:rsid w:val="78DE0E96"/>
    <w:rsid w:val="7A56F6BD"/>
    <w:rsid w:val="7ADF86B6"/>
    <w:rsid w:val="7B2BC535"/>
    <w:rsid w:val="7BB3D1A0"/>
    <w:rsid w:val="7C4AE4FE"/>
    <w:rsid w:val="7CA4DEBC"/>
    <w:rsid w:val="7CC47590"/>
    <w:rsid w:val="7D8C88F0"/>
    <w:rsid w:val="7E0F025A"/>
    <w:rsid w:val="7E578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C0CCE7D"/>
  <w14:defaultImageDpi w14:val="300"/>
  <w15:docId w15:val="{12B49CD2-DA59-4417-92E1-3C43E4725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Marquedecommentaire">
    <w:name w:val="annotation reference"/>
    <w:basedOn w:val="Policepardfaut"/>
    <w:uiPriority w:val="99"/>
    <w:semiHidden/>
    <w:unhideWhenUsed/>
    <w:rsid w:val="00BC056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BC0565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BC0565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C056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C056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3cca2d5-3d72-4e44-91cb-b8c5a176609a" xsi:nil="true"/>
    <Nombre xmlns="fae39e88-e66a-45d2-8c50-a71d3146f4cb" xsi:nil="true"/>
    <lcf76f155ced4ddcb4097134ff3c332f xmlns="fae39e88-e66a-45d2-8c50-a71d3146f4cb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044BC49D60D0B4F8B0DC1306D434DBB" ma:contentTypeVersion="14" ma:contentTypeDescription="Crée un document." ma:contentTypeScope="" ma:versionID="2e92056ab405243d43889033e79ecb0a">
  <xsd:schema xmlns:xsd="http://www.w3.org/2001/XMLSchema" xmlns:xs="http://www.w3.org/2001/XMLSchema" xmlns:p="http://schemas.microsoft.com/office/2006/metadata/properties" xmlns:ns2="fae39e88-e66a-45d2-8c50-a71d3146f4cb" xmlns:ns3="a3cca2d5-3d72-4e44-91cb-b8c5a176609a" targetNamespace="http://schemas.microsoft.com/office/2006/metadata/properties" ma:root="true" ma:fieldsID="cce71ecfa641a14d299cd408488f638d" ns2:_="" ns3:_="">
    <xsd:import namespace="fae39e88-e66a-45d2-8c50-a71d3146f4cb"/>
    <xsd:import namespace="a3cca2d5-3d72-4e44-91cb-b8c5a176609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  <xsd:element ref="ns2:MediaServiceLocation" minOccurs="0"/>
                <xsd:element ref="ns2:Nombr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e39e88-e66a-45d2-8c50-a71d3146f4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Balises d’images" ma:readOnly="false" ma:fieldId="{5cf76f15-5ced-4ddc-b409-7134ff3c332f}" ma:taxonomyMulti="true" ma:sspId="2674cbff-a8b8-4cf8-a345-dc8e5df8c5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Nombre" ma:index="21" nillable="true" ma:displayName="Nombre" ma:format="Dropdown" ma:internalName="Nombre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cca2d5-3d72-4e44-91cb-b8c5a176609a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811f49b7-78a6-4efe-940e-0926302ce2da}" ma:internalName="TaxCatchAll" ma:showField="CatchAllData" ma:web="a3cca2d5-3d72-4e44-91cb-b8c5a176609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9CAF2DF-C508-42FE-9B2E-CE4561FDF760}">
  <ds:schemaRefs>
    <ds:schemaRef ds:uri="http://schemas.microsoft.com/office/2006/metadata/properties"/>
    <ds:schemaRef ds:uri="http://schemas.microsoft.com/office/infopath/2007/PartnerControls"/>
    <ds:schemaRef ds:uri="a3cca2d5-3d72-4e44-91cb-b8c5a176609a"/>
    <ds:schemaRef ds:uri="fae39e88-e66a-45d2-8c50-a71d3146f4cb"/>
  </ds:schemaRefs>
</ds:datastoreItem>
</file>

<file path=customXml/itemProps2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5E99975-7A39-40E4-84BF-1BE3A76752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e39e88-e66a-45d2-8c50-a71d3146f4cb"/>
    <ds:schemaRef ds:uri="a3cca2d5-3d72-4e44-91cb-b8c5a176609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DE3C3FF-70C9-4725-B805-F0D631E9BAE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285</Words>
  <Characters>1571</Characters>
  <Application>Microsoft Office Word</Application>
  <DocSecurity>0</DocSecurity>
  <Lines>13</Lines>
  <Paragraphs>3</Paragraphs>
  <ScaleCrop>false</ScaleCrop>
  <Manager/>
  <Company/>
  <LinksUpToDate>false</LinksUpToDate>
  <CharactersWithSpaces>1853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CHAPELLIER Magali</cp:lastModifiedBy>
  <cp:revision>2</cp:revision>
  <dcterms:created xsi:type="dcterms:W3CDTF">2026-03-23T13:10:00Z</dcterms:created>
  <dcterms:modified xsi:type="dcterms:W3CDTF">2026-03-23T13:10:00Z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0x010100B044BC49D60D0B4F8B0DC1306D434DBB</vt:lpwstr>
  </property>
  <property fmtid="{D5CDD505-2E9C-101B-9397-08002B2CF9AE}" pid="3" name="MediaServiceImageTags">
    <vt:lpwstr/>
  </property>
</Properties>
</file>